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552565" w14:textId="77777777" w:rsidR="00EF1E82" w:rsidRPr="00D50C7B" w:rsidRDefault="00EF1E82" w:rsidP="00EF1E82">
      <w:pPr>
        <w:pStyle w:val="aff"/>
        <w:spacing w:line="0" w:lineRule="atLeast"/>
      </w:pPr>
      <w:r>
        <w:rPr>
          <w:rFonts w:hint="eastAsia"/>
        </w:rPr>
        <w:t>別記</w:t>
      </w:r>
      <w:r w:rsidRPr="00880129">
        <w:rPr>
          <w:rFonts w:hint="eastAsia"/>
        </w:rPr>
        <w:t>様式第１号（第５条関係）</w:t>
      </w:r>
    </w:p>
    <w:p w14:paraId="64886609" w14:textId="76E34820" w:rsidR="00EF1E82" w:rsidRPr="00D50C7B" w:rsidRDefault="00694F6A" w:rsidP="00EF1E82">
      <w:pPr>
        <w:pStyle w:val="aff"/>
        <w:spacing w:line="0" w:lineRule="atLeast"/>
        <w:jc w:val="right"/>
      </w:pPr>
      <w:r>
        <w:rPr>
          <w:rFonts w:hint="eastAsia"/>
        </w:rPr>
        <w:t xml:space="preserve">令和　</w:t>
      </w:r>
      <w:r w:rsidR="00EF1E82" w:rsidRPr="00D50C7B">
        <w:rPr>
          <w:rFonts w:hint="eastAsia"/>
        </w:rPr>
        <w:t>年　　月　　日</w:t>
      </w:r>
    </w:p>
    <w:p w14:paraId="5FBF5902" w14:textId="77777777" w:rsidR="00EF1E82" w:rsidRPr="00D50C7B" w:rsidRDefault="00EF1E82" w:rsidP="00EF1E82">
      <w:pPr>
        <w:pStyle w:val="aff"/>
        <w:spacing w:line="0" w:lineRule="atLeast"/>
      </w:pPr>
    </w:p>
    <w:p w14:paraId="4AC69797" w14:textId="77777777" w:rsidR="00EF1E82" w:rsidRPr="00D50C7B" w:rsidRDefault="00EF1E82" w:rsidP="00EF1E82">
      <w:pPr>
        <w:pStyle w:val="aff"/>
        <w:spacing w:line="0" w:lineRule="atLeast"/>
      </w:pPr>
      <w:r w:rsidRPr="00D50C7B">
        <w:rPr>
          <w:rFonts w:hint="eastAsia"/>
        </w:rPr>
        <w:t>吉富町長　様</w:t>
      </w:r>
    </w:p>
    <w:p w14:paraId="3FB24AFB" w14:textId="77777777" w:rsidR="00EF1E82" w:rsidRPr="00D50C7B" w:rsidRDefault="00EF1E82" w:rsidP="00EF1E82">
      <w:pPr>
        <w:pStyle w:val="aff"/>
        <w:spacing w:line="0" w:lineRule="atLeast"/>
      </w:pPr>
    </w:p>
    <w:p w14:paraId="35F351D5" w14:textId="77777777" w:rsidR="00EF1E82" w:rsidRPr="00D50C7B" w:rsidRDefault="00EF1E82" w:rsidP="00EF1E82">
      <w:pPr>
        <w:pStyle w:val="aff"/>
        <w:spacing w:line="0" w:lineRule="atLeast"/>
      </w:pPr>
    </w:p>
    <w:p w14:paraId="52971944" w14:textId="1B14E2BF" w:rsidR="00EF1E82" w:rsidRPr="00D50C7B" w:rsidRDefault="00EF1E82" w:rsidP="00EF1E82">
      <w:pPr>
        <w:pStyle w:val="aff"/>
        <w:wordWrap w:val="0"/>
        <w:spacing w:line="0" w:lineRule="atLeast"/>
        <w:jc w:val="right"/>
      </w:pPr>
      <w:r w:rsidRPr="00D50C7B">
        <w:rPr>
          <w:rFonts w:hint="eastAsia"/>
        </w:rPr>
        <w:t>申請者　住所</w:t>
      </w:r>
      <w:r>
        <w:rPr>
          <w:rFonts w:hint="eastAsia"/>
        </w:rPr>
        <w:t xml:space="preserve">　</w:t>
      </w:r>
      <w:r w:rsidR="00694F6A">
        <w:rPr>
          <w:rFonts w:hint="eastAsia"/>
        </w:rPr>
        <w:t>吉富町大字</w:t>
      </w:r>
      <w:r>
        <w:rPr>
          <w:rFonts w:hint="eastAsia"/>
        </w:rPr>
        <w:t xml:space="preserve">　　　　　　　　　</w:t>
      </w:r>
    </w:p>
    <w:p w14:paraId="09B12B16" w14:textId="040863A8" w:rsidR="00EF1E82" w:rsidRPr="00D50C7B" w:rsidRDefault="00EF1E82" w:rsidP="00EF1E82">
      <w:pPr>
        <w:pStyle w:val="aff"/>
        <w:wordWrap w:val="0"/>
        <w:spacing w:line="0" w:lineRule="atLeast"/>
        <w:jc w:val="right"/>
      </w:pPr>
      <w:r w:rsidRPr="00D50C7B">
        <w:rPr>
          <w:rFonts w:hint="eastAsia"/>
        </w:rPr>
        <w:t>氏名</w:t>
      </w:r>
      <w:r>
        <w:rPr>
          <w:rFonts w:hint="eastAsia"/>
        </w:rPr>
        <w:t xml:space="preserve">　</w:t>
      </w:r>
      <w:r w:rsidR="00694F6A">
        <w:rPr>
          <w:rFonts w:hint="eastAsia"/>
        </w:rPr>
        <w:t xml:space="preserve">　　　　　</w:t>
      </w:r>
      <w:r>
        <w:rPr>
          <w:rFonts w:hint="eastAsia"/>
        </w:rPr>
        <w:t xml:space="preserve">　　　　　　　　　</w:t>
      </w:r>
    </w:p>
    <w:p w14:paraId="6CCE9540" w14:textId="60D4C7A6" w:rsidR="00EF1E82" w:rsidRPr="00D50C7B" w:rsidRDefault="00EF1E82" w:rsidP="00EF1E82">
      <w:pPr>
        <w:pStyle w:val="aff"/>
        <w:wordWrap w:val="0"/>
        <w:spacing w:line="0" w:lineRule="atLeast"/>
        <w:jc w:val="right"/>
      </w:pPr>
      <w:r w:rsidRPr="00D50C7B">
        <w:rPr>
          <w:rFonts w:hint="eastAsia"/>
        </w:rPr>
        <w:t xml:space="preserve">　　　　電話番号</w:t>
      </w:r>
      <w:r w:rsidR="00694F6A">
        <w:rPr>
          <w:rFonts w:hint="eastAsia"/>
        </w:rPr>
        <w:t xml:space="preserve">　　　　　</w:t>
      </w:r>
      <w:r>
        <w:rPr>
          <w:rFonts w:hint="eastAsia"/>
        </w:rPr>
        <w:t xml:space="preserve">　　　　　　　　</w:t>
      </w:r>
    </w:p>
    <w:p w14:paraId="4C40A32C" w14:textId="77777777" w:rsidR="00EF1E82" w:rsidRPr="00D50C7B" w:rsidRDefault="00EF1E82" w:rsidP="00EF1E82">
      <w:pPr>
        <w:pStyle w:val="aff"/>
        <w:spacing w:line="0" w:lineRule="atLeast"/>
      </w:pPr>
    </w:p>
    <w:p w14:paraId="66C0B09D" w14:textId="77777777" w:rsidR="00EF1E82" w:rsidRPr="00D50C7B" w:rsidRDefault="00EF1E82" w:rsidP="00EF1E82">
      <w:pPr>
        <w:pStyle w:val="aff"/>
        <w:spacing w:line="0" w:lineRule="atLeast"/>
        <w:jc w:val="center"/>
      </w:pPr>
      <w:r w:rsidRPr="00D50C7B">
        <w:rPr>
          <w:rFonts w:hint="eastAsia"/>
        </w:rPr>
        <w:t>吉富町コンポスト等生ごみ処理容器購入補助金交付申請書</w:t>
      </w:r>
    </w:p>
    <w:p w14:paraId="09446AE1" w14:textId="77777777" w:rsidR="00EF1E82" w:rsidRPr="00D50C7B" w:rsidRDefault="00EF1E82" w:rsidP="00EF1E82">
      <w:pPr>
        <w:pStyle w:val="aff"/>
        <w:spacing w:line="0" w:lineRule="atLeast"/>
      </w:pPr>
    </w:p>
    <w:p w14:paraId="20C4E62C" w14:textId="77777777" w:rsidR="00EF1E82" w:rsidRPr="00D50C7B" w:rsidRDefault="00EF1E82" w:rsidP="00EF1E82">
      <w:pPr>
        <w:pStyle w:val="aff"/>
        <w:spacing w:line="0" w:lineRule="atLeast"/>
      </w:pPr>
      <w:r w:rsidRPr="00D50C7B">
        <w:rPr>
          <w:rFonts w:hint="eastAsia"/>
        </w:rPr>
        <w:t>吉富町コンポスト等生ごみ処理容器購入補助金の交付を受けたいので、吉富町コンポスト等生ごみ処理容器購入補助金交付要綱第５条の規定により、次のとおり申請します。</w:t>
      </w:r>
    </w:p>
    <w:p w14:paraId="3CBEF4CF" w14:textId="77777777" w:rsidR="00EF1E82" w:rsidRPr="00D50C7B" w:rsidRDefault="00EF1E82" w:rsidP="00EF1E82">
      <w:pPr>
        <w:pStyle w:val="aff"/>
        <w:spacing w:line="0" w:lineRule="atLeast"/>
      </w:pPr>
    </w:p>
    <w:tbl>
      <w:tblPr>
        <w:tblStyle w:val="afe"/>
        <w:tblW w:w="0" w:type="auto"/>
        <w:jc w:val="center"/>
        <w:tblLook w:val="04A0" w:firstRow="1" w:lastRow="0" w:firstColumn="1" w:lastColumn="0" w:noHBand="0" w:noVBand="1"/>
      </w:tblPr>
      <w:tblGrid>
        <w:gridCol w:w="2372"/>
        <w:gridCol w:w="6122"/>
      </w:tblGrid>
      <w:tr w:rsidR="00EF1E82" w:rsidRPr="00D50C7B" w14:paraId="384D25BC" w14:textId="77777777" w:rsidTr="00C20427">
        <w:trPr>
          <w:trHeight w:val="627"/>
          <w:jc w:val="center"/>
        </w:trPr>
        <w:tc>
          <w:tcPr>
            <w:tcW w:w="2372" w:type="dxa"/>
            <w:vAlign w:val="center"/>
          </w:tcPr>
          <w:p w14:paraId="04C28657" w14:textId="77777777" w:rsidR="00EF1E82" w:rsidRPr="00D50C7B" w:rsidRDefault="00EF1E82" w:rsidP="00C20427">
            <w:pPr>
              <w:pStyle w:val="aff"/>
              <w:spacing w:line="0" w:lineRule="atLeast"/>
            </w:pPr>
            <w:r w:rsidRPr="00D50C7B">
              <w:rPr>
                <w:rFonts w:hint="eastAsia"/>
              </w:rPr>
              <w:t>購入予定品</w:t>
            </w:r>
          </w:p>
        </w:tc>
        <w:tc>
          <w:tcPr>
            <w:tcW w:w="6122" w:type="dxa"/>
            <w:vAlign w:val="center"/>
          </w:tcPr>
          <w:p w14:paraId="35A8629E" w14:textId="77777777" w:rsidR="00EF1E82" w:rsidRDefault="00EF1E82" w:rsidP="00C20427">
            <w:pPr>
              <w:pStyle w:val="aff"/>
              <w:spacing w:line="0" w:lineRule="atLeast"/>
            </w:pPr>
            <w:r w:rsidRPr="00D50C7B">
              <w:rPr>
                <w:rFonts w:hint="eastAsia"/>
              </w:rPr>
              <w:t xml:space="preserve">□コンポスト等生ごみ処理容器　</w:t>
            </w:r>
          </w:p>
          <w:p w14:paraId="17DC04EB" w14:textId="77777777" w:rsidR="00EF1E82" w:rsidRPr="00D50C7B" w:rsidRDefault="00EF1E82" w:rsidP="00C20427">
            <w:pPr>
              <w:pStyle w:val="aff"/>
              <w:spacing w:line="0" w:lineRule="atLeast"/>
              <w:ind w:firstLineChars="100" w:firstLine="240"/>
            </w:pPr>
            <w:r w:rsidRPr="00D50C7B">
              <w:rPr>
                <w:rFonts w:hint="eastAsia"/>
              </w:rPr>
              <w:t xml:space="preserve">メーカー名・型式　</w:t>
            </w:r>
          </w:p>
          <w:p w14:paraId="6EB563B7" w14:textId="77777777" w:rsidR="00EF1E82" w:rsidRDefault="00EF1E82" w:rsidP="00C20427">
            <w:pPr>
              <w:pStyle w:val="aff"/>
              <w:spacing w:line="0" w:lineRule="atLeast"/>
            </w:pPr>
          </w:p>
          <w:p w14:paraId="3FBF5419" w14:textId="77777777" w:rsidR="00EF1E82" w:rsidRDefault="00EF1E82" w:rsidP="00C20427">
            <w:pPr>
              <w:pStyle w:val="aff"/>
              <w:spacing w:line="0" w:lineRule="atLeast"/>
            </w:pPr>
            <w:r w:rsidRPr="00D50C7B">
              <w:rPr>
                <w:rFonts w:hint="eastAsia"/>
              </w:rPr>
              <w:t>□電気式生ごみ処理機</w:t>
            </w:r>
          </w:p>
          <w:p w14:paraId="2A0A1D39" w14:textId="77777777" w:rsidR="00EF1E82" w:rsidRDefault="00EF1E82" w:rsidP="00C20427">
            <w:pPr>
              <w:pStyle w:val="aff"/>
              <w:spacing w:line="0" w:lineRule="atLeast"/>
            </w:pPr>
            <w:r>
              <w:rPr>
                <w:rFonts w:hint="eastAsia"/>
              </w:rPr>
              <w:t xml:space="preserve">　</w:t>
            </w:r>
            <w:r w:rsidRPr="00D50C7B">
              <w:rPr>
                <w:rFonts w:hint="eastAsia"/>
              </w:rPr>
              <w:t>メーカー名・型式</w:t>
            </w:r>
          </w:p>
          <w:p w14:paraId="610FDAE3" w14:textId="77777777" w:rsidR="00EF1E82" w:rsidRPr="00C54640" w:rsidRDefault="00EF1E82" w:rsidP="00C20427">
            <w:pPr>
              <w:pStyle w:val="aff"/>
              <w:spacing w:line="0" w:lineRule="atLeast"/>
            </w:pPr>
          </w:p>
        </w:tc>
      </w:tr>
      <w:tr w:rsidR="00EF1E82" w:rsidRPr="00D50C7B" w14:paraId="6BF7171D" w14:textId="77777777" w:rsidTr="00C20427">
        <w:trPr>
          <w:trHeight w:val="561"/>
          <w:jc w:val="center"/>
        </w:trPr>
        <w:tc>
          <w:tcPr>
            <w:tcW w:w="2372" w:type="dxa"/>
            <w:vAlign w:val="center"/>
          </w:tcPr>
          <w:p w14:paraId="02AD6D06" w14:textId="77777777" w:rsidR="00EF1E82" w:rsidRPr="00D50C7B" w:rsidRDefault="00EF1E82" w:rsidP="00C20427">
            <w:pPr>
              <w:pStyle w:val="aff"/>
              <w:spacing w:line="0" w:lineRule="atLeast"/>
            </w:pPr>
            <w:r w:rsidRPr="00D50C7B">
              <w:rPr>
                <w:rFonts w:hint="eastAsia"/>
              </w:rPr>
              <w:t>購入予定店舗</w:t>
            </w:r>
          </w:p>
        </w:tc>
        <w:tc>
          <w:tcPr>
            <w:tcW w:w="6122" w:type="dxa"/>
            <w:vAlign w:val="center"/>
          </w:tcPr>
          <w:p w14:paraId="523C3CD8" w14:textId="77777777" w:rsidR="00EF1E82" w:rsidRPr="00D50C7B" w:rsidRDefault="00EF1E82" w:rsidP="00C20427">
            <w:pPr>
              <w:pStyle w:val="aff"/>
              <w:spacing w:line="0" w:lineRule="atLeast"/>
            </w:pPr>
          </w:p>
        </w:tc>
      </w:tr>
      <w:tr w:rsidR="00EF1E82" w:rsidRPr="00D50C7B" w14:paraId="28BEA879" w14:textId="77777777" w:rsidTr="00C20427">
        <w:trPr>
          <w:trHeight w:val="555"/>
          <w:jc w:val="center"/>
        </w:trPr>
        <w:tc>
          <w:tcPr>
            <w:tcW w:w="2372" w:type="dxa"/>
            <w:vAlign w:val="center"/>
          </w:tcPr>
          <w:p w14:paraId="013EB2EB" w14:textId="77777777" w:rsidR="00EF1E82" w:rsidRPr="00D50C7B" w:rsidRDefault="00EF1E82" w:rsidP="00C20427">
            <w:pPr>
              <w:pStyle w:val="aff"/>
              <w:spacing w:line="0" w:lineRule="atLeast"/>
            </w:pPr>
            <w:r w:rsidRPr="00D50C7B">
              <w:rPr>
                <w:rFonts w:hint="eastAsia"/>
              </w:rPr>
              <w:t>購入予定金額</w:t>
            </w:r>
          </w:p>
        </w:tc>
        <w:tc>
          <w:tcPr>
            <w:tcW w:w="6122" w:type="dxa"/>
            <w:vAlign w:val="center"/>
          </w:tcPr>
          <w:p w14:paraId="5D628CC1" w14:textId="77777777" w:rsidR="00EF1E82" w:rsidRPr="00D50C7B" w:rsidRDefault="00EF1E82" w:rsidP="00C20427">
            <w:pPr>
              <w:pStyle w:val="aff"/>
              <w:spacing w:line="0" w:lineRule="atLeast"/>
            </w:pPr>
            <w:r w:rsidRPr="00D50C7B">
              <w:rPr>
                <w:rFonts w:hint="eastAsia"/>
              </w:rPr>
              <w:t xml:space="preserve">　　　　　　　　　　　円</w:t>
            </w:r>
          </w:p>
        </w:tc>
      </w:tr>
      <w:tr w:rsidR="00EF1E82" w:rsidRPr="00D50C7B" w14:paraId="038D9048" w14:textId="77777777" w:rsidTr="00C20427">
        <w:trPr>
          <w:trHeight w:val="557"/>
          <w:jc w:val="center"/>
        </w:trPr>
        <w:tc>
          <w:tcPr>
            <w:tcW w:w="2372" w:type="dxa"/>
            <w:vAlign w:val="center"/>
          </w:tcPr>
          <w:p w14:paraId="3551FF87" w14:textId="77777777" w:rsidR="00EF1E82" w:rsidRPr="00D50C7B" w:rsidRDefault="00EF1E82" w:rsidP="00C20427">
            <w:pPr>
              <w:pStyle w:val="aff"/>
              <w:spacing w:line="0" w:lineRule="atLeast"/>
            </w:pPr>
            <w:r w:rsidRPr="00D50C7B">
              <w:rPr>
                <w:rFonts w:hint="eastAsia"/>
              </w:rPr>
              <w:t>交付申請額</w:t>
            </w:r>
          </w:p>
        </w:tc>
        <w:tc>
          <w:tcPr>
            <w:tcW w:w="6122" w:type="dxa"/>
            <w:vAlign w:val="center"/>
          </w:tcPr>
          <w:p w14:paraId="25C4A228" w14:textId="77777777" w:rsidR="00EF1E82" w:rsidRPr="00D50C7B" w:rsidRDefault="00EF1E82" w:rsidP="00C20427">
            <w:pPr>
              <w:pStyle w:val="aff"/>
              <w:spacing w:line="0" w:lineRule="atLeast"/>
            </w:pPr>
            <w:r w:rsidRPr="00D50C7B">
              <w:rPr>
                <w:rFonts w:hint="eastAsia"/>
              </w:rPr>
              <w:t xml:space="preserve">　　　　　　　　　　　円</w:t>
            </w:r>
          </w:p>
        </w:tc>
      </w:tr>
    </w:tbl>
    <w:p w14:paraId="68E4D306" w14:textId="77777777" w:rsidR="00EF1E82" w:rsidRPr="00D50C7B" w:rsidRDefault="00EF1E82" w:rsidP="00EF1E82">
      <w:pPr>
        <w:pStyle w:val="aff"/>
        <w:spacing w:line="0" w:lineRule="atLeast"/>
      </w:pPr>
    </w:p>
    <w:p w14:paraId="2D808837" w14:textId="77777777" w:rsidR="00EF1E82" w:rsidRPr="00D50C7B" w:rsidRDefault="00EF1E82" w:rsidP="00EF1E82">
      <w:pPr>
        <w:pStyle w:val="aff"/>
        <w:spacing w:line="0" w:lineRule="atLeast"/>
      </w:pPr>
      <w:r w:rsidRPr="00D50C7B">
        <w:rPr>
          <w:rFonts w:hint="eastAsia"/>
        </w:rPr>
        <w:t>町税等確認同意</w:t>
      </w:r>
    </w:p>
    <w:p w14:paraId="36F66333" w14:textId="77777777" w:rsidR="00EF1E82" w:rsidRPr="00D50C7B" w:rsidRDefault="00EF1E82" w:rsidP="00EF1E82">
      <w:pPr>
        <w:pStyle w:val="aff"/>
        <w:spacing w:line="0" w:lineRule="atLeast"/>
      </w:pPr>
      <w:r w:rsidRPr="00D50C7B">
        <w:rPr>
          <w:rFonts w:hint="eastAsia"/>
        </w:rPr>
        <w:t>□私は、町が補助金の審査に必要な範囲で、町税等の納付状況を確認することに同意します。</w:t>
      </w:r>
    </w:p>
    <w:p w14:paraId="25485E5E" w14:textId="77777777" w:rsidR="00EF1E82" w:rsidRPr="00D50C7B" w:rsidRDefault="00EF1E82" w:rsidP="00EF1E82">
      <w:pPr>
        <w:pStyle w:val="aff"/>
        <w:spacing w:line="0" w:lineRule="atLeast"/>
      </w:pPr>
      <w:r w:rsidRPr="00D50C7B">
        <w:br/>
      </w:r>
    </w:p>
    <w:p w14:paraId="6458F085" w14:textId="77777777" w:rsidR="00EF1E82" w:rsidRPr="00D50C7B" w:rsidRDefault="00EF1E82" w:rsidP="00EF1E82">
      <w:pPr>
        <w:pStyle w:val="aff"/>
        <w:spacing w:line="0" w:lineRule="atLeast"/>
      </w:pPr>
      <w:r w:rsidRPr="00D50C7B">
        <w:rPr>
          <w:rFonts w:hint="eastAsia"/>
        </w:rPr>
        <w:t>添付書類</w:t>
      </w:r>
    </w:p>
    <w:p w14:paraId="43101D3F" w14:textId="77777777" w:rsidR="00EF1E82" w:rsidRDefault="00EF1E82" w:rsidP="00EF1E82">
      <w:pPr>
        <w:pStyle w:val="aff"/>
        <w:spacing w:line="0" w:lineRule="atLeast"/>
      </w:pPr>
      <w:r>
        <w:rPr>
          <w:rFonts w:hint="eastAsia"/>
        </w:rPr>
        <w:t>（１）　補助対象品の見積書又は購入予定額が確認できる書類の写し</w:t>
      </w:r>
    </w:p>
    <w:p w14:paraId="5C3EC82F" w14:textId="77777777" w:rsidR="00EF1E82" w:rsidRDefault="00EF1E82" w:rsidP="00EF1E82">
      <w:pPr>
        <w:pStyle w:val="aff"/>
        <w:spacing w:line="0" w:lineRule="atLeast"/>
      </w:pPr>
      <w:r>
        <w:rPr>
          <w:rFonts w:hint="eastAsia"/>
        </w:rPr>
        <w:t>（２）　補助対象品の仕様、形式、機能等が確認できる書類</w:t>
      </w:r>
    </w:p>
    <w:p w14:paraId="6F92AC28" w14:textId="77777777" w:rsidR="00EF1E82" w:rsidRDefault="00EF1E82" w:rsidP="00EF1E82">
      <w:pPr>
        <w:pStyle w:val="aff"/>
        <w:spacing w:line="0" w:lineRule="atLeast"/>
      </w:pPr>
      <w:r>
        <w:rPr>
          <w:rFonts w:hint="eastAsia"/>
        </w:rPr>
        <w:t>（３）　設置予定場所が確認できる書類又は写真</w:t>
      </w:r>
    </w:p>
    <w:p w14:paraId="68E368C0" w14:textId="77777777" w:rsidR="00EF1E82" w:rsidRPr="00880129" w:rsidRDefault="00EF1E82" w:rsidP="00EF1E82">
      <w:pPr>
        <w:pStyle w:val="aff"/>
        <w:spacing w:line="0" w:lineRule="atLeast"/>
      </w:pPr>
      <w:r>
        <w:rPr>
          <w:rFonts w:hint="eastAsia"/>
        </w:rPr>
        <w:t>（４）　その他町長が必要と認める書類</w:t>
      </w:r>
    </w:p>
    <w:p w14:paraId="02692708" w14:textId="6A754DA4" w:rsidR="00BA61A4" w:rsidRPr="00EF1E82" w:rsidRDefault="00BA61A4" w:rsidP="00EF1E82">
      <w:pPr>
        <w:rPr>
          <w:lang w:eastAsia="ja-JP"/>
        </w:rPr>
      </w:pPr>
    </w:p>
    <w:sectPr w:rsidR="00BA61A4" w:rsidRPr="00EF1E82" w:rsidSect="0010072A">
      <w:pgSz w:w="11906" w:h="16838" w:code="9"/>
      <w:pgMar w:top="1134" w:right="1247" w:bottom="1020" w:left="124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478F86" w14:textId="77777777" w:rsidR="0051206A" w:rsidRDefault="0051206A" w:rsidP="00C2260A">
      <w:pPr>
        <w:spacing w:after="0" w:line="240" w:lineRule="auto"/>
      </w:pPr>
      <w:r>
        <w:separator/>
      </w:r>
    </w:p>
  </w:endnote>
  <w:endnote w:type="continuationSeparator" w:id="0">
    <w:p w14:paraId="1D89A45D" w14:textId="77777777" w:rsidR="0051206A" w:rsidRDefault="0051206A" w:rsidP="00C226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CBFFAF" w14:textId="77777777" w:rsidR="0051206A" w:rsidRDefault="0051206A" w:rsidP="00C2260A">
      <w:pPr>
        <w:spacing w:after="0" w:line="240" w:lineRule="auto"/>
      </w:pPr>
      <w:r>
        <w:separator/>
      </w:r>
    </w:p>
  </w:footnote>
  <w:footnote w:type="continuationSeparator" w:id="0">
    <w:p w14:paraId="12C56FBA" w14:textId="77777777" w:rsidR="0051206A" w:rsidRDefault="0051206A" w:rsidP="00C226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1"/>
  <w:bordersDoNotSurroundHeader/>
  <w:bordersDoNotSurroundFooter/>
  <w:proofState w:spelling="clean" w:grammar="dirty"/>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E7AA3"/>
    <w:rsid w:val="0010072A"/>
    <w:rsid w:val="00114ACF"/>
    <w:rsid w:val="0015074B"/>
    <w:rsid w:val="00216988"/>
    <w:rsid w:val="00270C03"/>
    <w:rsid w:val="0029639D"/>
    <w:rsid w:val="002E13F2"/>
    <w:rsid w:val="00326F90"/>
    <w:rsid w:val="003624FA"/>
    <w:rsid w:val="003E16DD"/>
    <w:rsid w:val="003F6E15"/>
    <w:rsid w:val="00412081"/>
    <w:rsid w:val="00413F71"/>
    <w:rsid w:val="0041614F"/>
    <w:rsid w:val="004C562B"/>
    <w:rsid w:val="004E231D"/>
    <w:rsid w:val="0051206A"/>
    <w:rsid w:val="00573F06"/>
    <w:rsid w:val="005835B1"/>
    <w:rsid w:val="006216B7"/>
    <w:rsid w:val="00665222"/>
    <w:rsid w:val="00694F6A"/>
    <w:rsid w:val="00695118"/>
    <w:rsid w:val="006A0253"/>
    <w:rsid w:val="006A63E4"/>
    <w:rsid w:val="00740515"/>
    <w:rsid w:val="00893100"/>
    <w:rsid w:val="009352B9"/>
    <w:rsid w:val="0094680B"/>
    <w:rsid w:val="00990030"/>
    <w:rsid w:val="009B70B9"/>
    <w:rsid w:val="009E1D67"/>
    <w:rsid w:val="00A7735E"/>
    <w:rsid w:val="00AA1D8D"/>
    <w:rsid w:val="00AD4376"/>
    <w:rsid w:val="00AE3077"/>
    <w:rsid w:val="00AF24CD"/>
    <w:rsid w:val="00B47730"/>
    <w:rsid w:val="00B80EEF"/>
    <w:rsid w:val="00BA28FB"/>
    <w:rsid w:val="00BA61A4"/>
    <w:rsid w:val="00C2260A"/>
    <w:rsid w:val="00C338FA"/>
    <w:rsid w:val="00C5349A"/>
    <w:rsid w:val="00C93184"/>
    <w:rsid w:val="00CB0664"/>
    <w:rsid w:val="00CE3446"/>
    <w:rsid w:val="00E20007"/>
    <w:rsid w:val="00E47E99"/>
    <w:rsid w:val="00EA5672"/>
    <w:rsid w:val="00EF1E82"/>
    <w:rsid w:val="00F26643"/>
    <w:rsid w:val="00F30667"/>
    <w:rsid w:val="00F7190F"/>
    <w:rsid w:val="00FB2FCB"/>
    <w:rsid w:val="00FC693F"/>
    <w:rsid w:val="00FD5A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5CF338CA"/>
  <w14:defaultImageDpi w14:val="300"/>
  <w15:docId w15:val="{6B050051-AE47-4193-8CC5-2E9A1FE62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ＭＳ 明朝" w:eastAsia="ＭＳ 明朝" w:hAnsi="ＭＳ 明朝"/>
      <w:sz w:val="21"/>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3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ff">
    <w:name w:val="スタイル　様式"/>
    <w:basedOn w:val="a1"/>
    <w:link w:val="aff0"/>
    <w:qFormat/>
    <w:rsid w:val="00EF1E82"/>
    <w:pPr>
      <w:widowControl w:val="0"/>
      <w:autoSpaceDE w:val="0"/>
      <w:autoSpaceDN w:val="0"/>
      <w:spacing w:after="0" w:line="240" w:lineRule="atLeast"/>
    </w:pPr>
    <w:rPr>
      <w:rFonts w:cs="ＭＳ 明朝"/>
      <w:sz w:val="24"/>
      <w:szCs w:val="24"/>
      <w:lang w:eastAsia="ja-JP"/>
    </w:rPr>
  </w:style>
  <w:style w:type="character" w:customStyle="1" w:styleId="aff0">
    <w:name w:val="スタイル　様式 (文字)"/>
    <w:basedOn w:val="a2"/>
    <w:link w:val="aff"/>
    <w:locked/>
    <w:rsid w:val="00EF1E82"/>
    <w:rPr>
      <w:rFonts w:ascii="ＭＳ 明朝" w:eastAsia="ＭＳ 明朝" w:hAnsi="ＭＳ 明朝" w:cs="ＭＳ 明朝"/>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376</TotalTime>
  <Pages>1</Pages>
  <Words>70</Words>
  <Characters>405</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474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LGPC092</cp:lastModifiedBy>
  <cp:revision>24</cp:revision>
  <cp:lastPrinted>2026-06-08T07:32:00Z</cp:lastPrinted>
  <dcterms:created xsi:type="dcterms:W3CDTF">2026-06-04T08:00:00Z</dcterms:created>
  <dcterms:modified xsi:type="dcterms:W3CDTF">2026-07-06T09:33:00Z</dcterms:modified>
  <cp:category/>
</cp:coreProperties>
</file>